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03A7F" w14:textId="77777777" w:rsidR="007018B7" w:rsidRPr="00C467D1" w:rsidRDefault="00000000">
      <w:pPr>
        <w:rPr>
          <w:lang w:val="de-AT"/>
        </w:rPr>
      </w:pPr>
      <w:r w:rsidRPr="00C467D1">
        <w:rPr>
          <w:noProof/>
          <w:lang w:val="de-AT"/>
        </w:rPr>
        <w:drawing>
          <wp:inline distT="0" distB="0" distL="0" distR="0" wp14:anchorId="2FE352C2" wp14:editId="3EEA9FC3">
            <wp:extent cx="2194560" cy="19748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össnitz-Saggautal 2.jpg"/>
                    <pic:cNvPicPr/>
                  </pic:nvPicPr>
                  <pic:blipFill>
                    <a:blip r:embed="rId6"/>
                    <a:stretch>
                      <a:fillRect/>
                    </a:stretch>
                  </pic:blipFill>
                  <pic:spPr>
                    <a:xfrm>
                      <a:off x="0" y="0"/>
                      <a:ext cx="2194560" cy="1974851"/>
                    </a:xfrm>
                    <a:prstGeom prst="rect">
                      <a:avLst/>
                    </a:prstGeom>
                  </pic:spPr>
                </pic:pic>
              </a:graphicData>
            </a:graphic>
          </wp:inline>
        </w:drawing>
      </w:r>
    </w:p>
    <w:p w14:paraId="5990FAA5" w14:textId="77777777" w:rsidR="007018B7" w:rsidRPr="00C467D1" w:rsidRDefault="00000000">
      <w:pPr>
        <w:jc w:val="center"/>
        <w:rPr>
          <w:lang w:val="de-AT"/>
        </w:rPr>
      </w:pPr>
      <w:r w:rsidRPr="00C467D1">
        <w:rPr>
          <w:b/>
          <w:sz w:val="40"/>
          <w:lang w:val="de-AT"/>
        </w:rPr>
        <w:t>STELLENAUSSCHREIBUNG</w:t>
      </w:r>
    </w:p>
    <w:p w14:paraId="29EC63FC" w14:textId="77777777" w:rsidR="007018B7" w:rsidRPr="00C467D1" w:rsidRDefault="00000000">
      <w:pPr>
        <w:jc w:val="center"/>
        <w:rPr>
          <w:lang w:val="de-AT"/>
        </w:rPr>
      </w:pPr>
      <w:r w:rsidRPr="00C467D1">
        <w:rPr>
          <w:b/>
          <w:sz w:val="28"/>
          <w:lang w:val="de-AT"/>
        </w:rPr>
        <w:t>Klärwärter/in (m/w/d)</w:t>
      </w:r>
      <w:r w:rsidRPr="00C467D1">
        <w:rPr>
          <w:b/>
          <w:sz w:val="28"/>
          <w:lang w:val="de-AT"/>
        </w:rPr>
        <w:br/>
        <w:t>Vollzeit – 40 Wochenstunden</w:t>
      </w:r>
    </w:p>
    <w:p w14:paraId="6CC47E6E" w14:textId="77777777" w:rsidR="007018B7" w:rsidRPr="00C467D1" w:rsidRDefault="00000000">
      <w:pPr>
        <w:rPr>
          <w:lang w:val="de-AT"/>
        </w:rPr>
      </w:pPr>
      <w:r w:rsidRPr="00C467D1">
        <w:rPr>
          <w:lang w:val="de-AT"/>
        </w:rPr>
        <w:br/>
        <w:t>Der Reinhaltungsverband Pössnitz-Saggautal sucht zum ehestmöglichen Eintritt eine engagierte Persönlichkeit für den technischen Bereich des Verbandes.</w:t>
      </w:r>
      <w:r w:rsidRPr="00C467D1">
        <w:rPr>
          <w:lang w:val="de-AT"/>
        </w:rPr>
        <w:br/>
      </w:r>
      <w:r w:rsidRPr="00C467D1">
        <w:rPr>
          <w:lang w:val="de-AT"/>
        </w:rPr>
        <w:br/>
        <w:t>Der Reinhaltungsverband betreut unter anderem ein Kanalnetz mit rund 275 km Länge, etwa 340 Pumpwerke und Kleinkläranlagen in den Gemeinden Oberhaag, Arnfels, St. Johann im Saggautal und Leutschach an der Weinstraße sowie die Verbandskläranlagen in Leutschach und Radiga.</w:t>
      </w:r>
      <w:r w:rsidRPr="00C467D1">
        <w:rPr>
          <w:lang w:val="de-AT"/>
        </w:rPr>
        <w:br/>
      </w:r>
    </w:p>
    <w:p w14:paraId="49333187" w14:textId="77777777" w:rsidR="007018B7" w:rsidRPr="00C467D1" w:rsidRDefault="00000000">
      <w:pPr>
        <w:pStyle w:val="berschrift2"/>
        <w:rPr>
          <w:lang w:val="de-AT"/>
        </w:rPr>
      </w:pPr>
      <w:r w:rsidRPr="00C467D1">
        <w:rPr>
          <w:lang w:val="de-AT"/>
        </w:rPr>
        <w:t>Ihr Aufgabenbereich</w:t>
      </w:r>
    </w:p>
    <w:p w14:paraId="4BFFF3B7" w14:textId="77777777" w:rsidR="007018B7" w:rsidRPr="00C467D1" w:rsidRDefault="00000000">
      <w:pPr>
        <w:pStyle w:val="Aufzhlungszeichen"/>
        <w:rPr>
          <w:lang w:val="de-AT"/>
        </w:rPr>
      </w:pPr>
      <w:r w:rsidRPr="00C467D1">
        <w:rPr>
          <w:lang w:val="de-AT"/>
        </w:rPr>
        <w:t>Wartungs-, Kontroll-, Reparatur- und Instandhaltungsarbeiten an technischen Anlagen</w:t>
      </w:r>
    </w:p>
    <w:p w14:paraId="35358DFF" w14:textId="77777777" w:rsidR="007018B7" w:rsidRPr="00C467D1" w:rsidRDefault="00000000">
      <w:pPr>
        <w:pStyle w:val="Aufzhlungszeichen"/>
        <w:rPr>
          <w:lang w:val="de-AT"/>
        </w:rPr>
      </w:pPr>
      <w:r w:rsidRPr="00C467D1">
        <w:rPr>
          <w:lang w:val="de-AT"/>
        </w:rPr>
        <w:t>Betreuung von Pumpwerken, Kanalanlagen und Kläranlagen</w:t>
      </w:r>
    </w:p>
    <w:p w14:paraId="6295334C" w14:textId="77777777" w:rsidR="007018B7" w:rsidRPr="00C467D1" w:rsidRDefault="00000000">
      <w:pPr>
        <w:pStyle w:val="Aufzhlungszeichen"/>
        <w:rPr>
          <w:lang w:val="de-AT"/>
        </w:rPr>
      </w:pPr>
      <w:r w:rsidRPr="00C467D1">
        <w:rPr>
          <w:lang w:val="de-AT"/>
        </w:rPr>
        <w:t>Störungsbehebung und Bereitschaftsdienst</w:t>
      </w:r>
    </w:p>
    <w:p w14:paraId="10DDC547" w14:textId="77777777" w:rsidR="007018B7" w:rsidRPr="00C467D1" w:rsidRDefault="00000000">
      <w:pPr>
        <w:pStyle w:val="Aufzhlungszeichen"/>
        <w:rPr>
          <w:lang w:val="de-AT"/>
        </w:rPr>
      </w:pPr>
      <w:r w:rsidRPr="00C467D1">
        <w:rPr>
          <w:lang w:val="de-AT"/>
        </w:rPr>
        <w:t>Betreuung und Instandhaltung von Maschinen, Geräten und Fahrzeugen</w:t>
      </w:r>
    </w:p>
    <w:p w14:paraId="26E5E007" w14:textId="77777777" w:rsidR="007018B7" w:rsidRPr="00C467D1" w:rsidRDefault="00000000">
      <w:pPr>
        <w:pStyle w:val="Aufzhlungszeichen"/>
        <w:rPr>
          <w:lang w:val="de-AT"/>
        </w:rPr>
      </w:pPr>
      <w:r w:rsidRPr="00C467D1">
        <w:rPr>
          <w:lang w:val="de-AT"/>
        </w:rPr>
        <w:t>Allgemeine Tätigkeiten im Bereich des Reinhaltungsverbandes</w:t>
      </w:r>
    </w:p>
    <w:p w14:paraId="5BD03EF6" w14:textId="26D15313" w:rsidR="007018B7" w:rsidRPr="00C467D1" w:rsidRDefault="00C467D1">
      <w:pPr>
        <w:pStyle w:val="Aufzhlungszeichen"/>
        <w:rPr>
          <w:lang w:val="de-AT"/>
        </w:rPr>
      </w:pPr>
      <w:r w:rsidRPr="00C467D1">
        <w:rPr>
          <w:lang w:val="de-AT"/>
        </w:rPr>
        <w:t>Pflege der Außenanlagen</w:t>
      </w:r>
      <w:r w:rsidR="00000000" w:rsidRPr="00C467D1">
        <w:rPr>
          <w:lang w:val="de-AT"/>
        </w:rPr>
        <w:t xml:space="preserve"> und laufende Instandhaltungsarbeiten</w:t>
      </w:r>
    </w:p>
    <w:p w14:paraId="5F0C5C13" w14:textId="77777777" w:rsidR="007018B7" w:rsidRPr="00C467D1" w:rsidRDefault="00000000">
      <w:pPr>
        <w:pStyle w:val="berschrift2"/>
        <w:rPr>
          <w:lang w:val="de-AT"/>
        </w:rPr>
      </w:pPr>
      <w:r w:rsidRPr="00C467D1">
        <w:rPr>
          <w:lang w:val="de-AT"/>
        </w:rPr>
        <w:t>Ihr Profil</w:t>
      </w:r>
    </w:p>
    <w:p w14:paraId="783536A4" w14:textId="6EBF6A05" w:rsidR="007018B7" w:rsidRPr="00C467D1" w:rsidRDefault="00000000">
      <w:pPr>
        <w:pStyle w:val="Aufzhlungszeichen"/>
        <w:rPr>
          <w:lang w:val="de-AT"/>
        </w:rPr>
      </w:pPr>
      <w:r w:rsidRPr="00C467D1">
        <w:rPr>
          <w:lang w:val="de-AT"/>
        </w:rPr>
        <w:t xml:space="preserve">Abgeschlossene handwerkliche Berufsausbildung (z. B. Metalltechniker/in, Zerspanungstechniker/in oder </w:t>
      </w:r>
      <w:r w:rsidR="00C467D1">
        <w:rPr>
          <w:lang w:val="de-AT"/>
        </w:rPr>
        <w:t>Mechaniker</w:t>
      </w:r>
      <w:r w:rsidRPr="00C467D1">
        <w:rPr>
          <w:lang w:val="de-AT"/>
        </w:rPr>
        <w:t>/in von Vorteil)</w:t>
      </w:r>
    </w:p>
    <w:p w14:paraId="2C7E2771" w14:textId="77777777" w:rsidR="007018B7" w:rsidRPr="00C467D1" w:rsidRDefault="00000000">
      <w:pPr>
        <w:pStyle w:val="Aufzhlungszeichen"/>
        <w:rPr>
          <w:lang w:val="de-AT"/>
        </w:rPr>
      </w:pPr>
      <w:r w:rsidRPr="00C467D1">
        <w:rPr>
          <w:lang w:val="de-AT"/>
        </w:rPr>
        <w:t>Technisches Verständnis und handwerkliches Geschick</w:t>
      </w:r>
    </w:p>
    <w:p w14:paraId="7EBBE93F" w14:textId="77777777" w:rsidR="007018B7" w:rsidRPr="00C467D1" w:rsidRDefault="00000000">
      <w:pPr>
        <w:pStyle w:val="Aufzhlungszeichen"/>
        <w:rPr>
          <w:lang w:val="de-AT"/>
        </w:rPr>
      </w:pPr>
      <w:r w:rsidRPr="00C467D1">
        <w:rPr>
          <w:lang w:val="de-AT"/>
        </w:rPr>
        <w:t>Erfahrung in Wartung und Reparatur von Maschinen und Anlagen</w:t>
      </w:r>
    </w:p>
    <w:p w14:paraId="09F015DE" w14:textId="77777777" w:rsidR="007018B7" w:rsidRPr="00C467D1" w:rsidRDefault="00000000">
      <w:pPr>
        <w:pStyle w:val="Aufzhlungszeichen"/>
        <w:rPr>
          <w:lang w:val="de-AT"/>
        </w:rPr>
      </w:pPr>
      <w:r w:rsidRPr="00C467D1">
        <w:rPr>
          <w:lang w:val="de-AT"/>
        </w:rPr>
        <w:t>Selbstständige und verantwortungsbewusste Arbeitsweise</w:t>
      </w:r>
    </w:p>
    <w:p w14:paraId="5A83A26A" w14:textId="77777777" w:rsidR="007018B7" w:rsidRPr="00C467D1" w:rsidRDefault="00000000">
      <w:pPr>
        <w:pStyle w:val="Aufzhlungszeichen"/>
        <w:rPr>
          <w:lang w:val="de-AT"/>
        </w:rPr>
      </w:pPr>
      <w:r w:rsidRPr="00C467D1">
        <w:rPr>
          <w:lang w:val="de-AT"/>
        </w:rPr>
        <w:t>Teamfähigkeit, Flexibilität und Einsatzbereitschaft</w:t>
      </w:r>
    </w:p>
    <w:p w14:paraId="06FAA244" w14:textId="77777777" w:rsidR="007018B7" w:rsidRPr="00C467D1" w:rsidRDefault="00000000">
      <w:pPr>
        <w:pStyle w:val="Aufzhlungszeichen"/>
        <w:rPr>
          <w:lang w:val="de-AT"/>
        </w:rPr>
      </w:pPr>
      <w:r w:rsidRPr="00C467D1">
        <w:rPr>
          <w:lang w:val="de-AT"/>
        </w:rPr>
        <w:t>Bereitschaft zu Rufbereitschaft, Nacht-, Wochenend- und Feiertagsdiensten</w:t>
      </w:r>
    </w:p>
    <w:p w14:paraId="582FB171" w14:textId="77777777" w:rsidR="007018B7" w:rsidRPr="00C467D1" w:rsidRDefault="00000000">
      <w:pPr>
        <w:pStyle w:val="Aufzhlungszeichen"/>
        <w:rPr>
          <w:lang w:val="de-AT"/>
        </w:rPr>
      </w:pPr>
      <w:r w:rsidRPr="00C467D1">
        <w:rPr>
          <w:lang w:val="de-AT"/>
        </w:rPr>
        <w:t>Bereitschaft zur Weiterbildung (z. B. Ausbildung zum Klärfacharbeiter)</w:t>
      </w:r>
    </w:p>
    <w:p w14:paraId="38B7125E" w14:textId="77777777" w:rsidR="007018B7" w:rsidRPr="00C467D1" w:rsidRDefault="00000000">
      <w:pPr>
        <w:pStyle w:val="Aufzhlungszeichen"/>
        <w:rPr>
          <w:lang w:val="de-AT"/>
        </w:rPr>
      </w:pPr>
      <w:r w:rsidRPr="00C467D1">
        <w:rPr>
          <w:lang w:val="de-AT"/>
        </w:rPr>
        <w:t>Führerschein Klasse B, E zu B</w:t>
      </w:r>
    </w:p>
    <w:p w14:paraId="62488394" w14:textId="77777777" w:rsidR="007018B7" w:rsidRPr="00C467D1" w:rsidRDefault="00000000">
      <w:pPr>
        <w:pStyle w:val="berschrift2"/>
        <w:rPr>
          <w:lang w:val="de-AT"/>
        </w:rPr>
      </w:pPr>
      <w:r w:rsidRPr="00C467D1">
        <w:rPr>
          <w:lang w:val="de-AT"/>
        </w:rPr>
        <w:t>Wir bieten</w:t>
      </w:r>
    </w:p>
    <w:p w14:paraId="12ECA008" w14:textId="77777777" w:rsidR="007018B7" w:rsidRPr="00C467D1" w:rsidRDefault="00000000">
      <w:pPr>
        <w:pStyle w:val="Aufzhlungszeichen"/>
        <w:rPr>
          <w:lang w:val="de-AT"/>
        </w:rPr>
      </w:pPr>
      <w:r w:rsidRPr="00C467D1">
        <w:rPr>
          <w:lang w:val="de-AT"/>
        </w:rPr>
        <w:t>Einen sicheren und langfristigen Arbeitsplatz im öffentlichen Bereich</w:t>
      </w:r>
    </w:p>
    <w:p w14:paraId="1AC40F87" w14:textId="77777777" w:rsidR="007018B7" w:rsidRPr="00C467D1" w:rsidRDefault="00000000">
      <w:pPr>
        <w:pStyle w:val="Aufzhlungszeichen"/>
        <w:rPr>
          <w:lang w:val="de-AT"/>
        </w:rPr>
      </w:pPr>
      <w:r w:rsidRPr="00C467D1">
        <w:rPr>
          <w:lang w:val="de-AT"/>
        </w:rPr>
        <w:t>Ein abwechslungsreiches und verantwortungsvolles Tätigkeitsfeld</w:t>
      </w:r>
    </w:p>
    <w:p w14:paraId="6E945F7E" w14:textId="77777777" w:rsidR="007018B7" w:rsidRPr="00C467D1" w:rsidRDefault="00000000">
      <w:pPr>
        <w:pStyle w:val="Aufzhlungszeichen"/>
        <w:rPr>
          <w:lang w:val="de-AT"/>
        </w:rPr>
      </w:pPr>
      <w:r w:rsidRPr="00C467D1">
        <w:rPr>
          <w:lang w:val="de-AT"/>
        </w:rPr>
        <w:lastRenderedPageBreak/>
        <w:t>Ein kollegiales und wertschätzendes Arbeitsumfeld</w:t>
      </w:r>
    </w:p>
    <w:p w14:paraId="4D20607B" w14:textId="77777777" w:rsidR="007018B7" w:rsidRPr="00C467D1" w:rsidRDefault="00000000">
      <w:pPr>
        <w:pStyle w:val="Aufzhlungszeichen"/>
        <w:rPr>
          <w:lang w:val="de-AT"/>
        </w:rPr>
      </w:pPr>
      <w:r w:rsidRPr="00C467D1">
        <w:rPr>
          <w:lang w:val="de-AT"/>
        </w:rPr>
        <w:t>Moderne technische Infrastruktur</w:t>
      </w:r>
    </w:p>
    <w:p w14:paraId="6E222453" w14:textId="77777777" w:rsidR="007018B7" w:rsidRPr="00C467D1" w:rsidRDefault="00000000">
      <w:pPr>
        <w:pStyle w:val="Aufzhlungszeichen"/>
        <w:rPr>
          <w:lang w:val="de-AT"/>
        </w:rPr>
      </w:pPr>
      <w:r w:rsidRPr="00C467D1">
        <w:rPr>
          <w:lang w:val="de-AT"/>
        </w:rPr>
        <w:t>Fort- und Weiterbildungsmöglichkeiten</w:t>
      </w:r>
    </w:p>
    <w:p w14:paraId="2ED87598" w14:textId="77777777" w:rsidR="007018B7" w:rsidRPr="00C467D1" w:rsidRDefault="00000000">
      <w:pPr>
        <w:pStyle w:val="Aufzhlungszeichen"/>
        <w:rPr>
          <w:lang w:val="de-AT"/>
        </w:rPr>
      </w:pPr>
      <w:r w:rsidRPr="00C467D1">
        <w:rPr>
          <w:lang w:val="de-AT"/>
        </w:rPr>
        <w:t>Vollzeitbeschäftigung mit 40 Wochenstunden</w:t>
      </w:r>
    </w:p>
    <w:p w14:paraId="4124225C" w14:textId="77777777" w:rsidR="007018B7" w:rsidRPr="00C467D1" w:rsidRDefault="00000000">
      <w:pPr>
        <w:pStyle w:val="Aufzhlungszeichen"/>
        <w:rPr>
          <w:lang w:val="de-AT"/>
        </w:rPr>
      </w:pPr>
      <w:r w:rsidRPr="00C467D1">
        <w:rPr>
          <w:lang w:val="de-AT"/>
        </w:rPr>
        <w:t>Unbefristetes Dienstverhältnis (3 Monate Probezeit)</w:t>
      </w:r>
    </w:p>
    <w:p w14:paraId="2246EA9B" w14:textId="77777777" w:rsidR="007018B7" w:rsidRPr="00C467D1" w:rsidRDefault="00000000">
      <w:pPr>
        <w:pStyle w:val="Aufzhlungszeichen"/>
        <w:rPr>
          <w:lang w:val="de-AT"/>
        </w:rPr>
      </w:pPr>
      <w:r w:rsidRPr="00C467D1">
        <w:rPr>
          <w:lang w:val="de-AT"/>
        </w:rPr>
        <w:t>Sechste Urlaubswoche ab dem 43. Lebensjahr</w:t>
      </w:r>
    </w:p>
    <w:p w14:paraId="15A30537" w14:textId="77777777" w:rsidR="007018B7" w:rsidRPr="00C467D1" w:rsidRDefault="00000000">
      <w:pPr>
        <w:pStyle w:val="berschrift2"/>
        <w:rPr>
          <w:lang w:val="de-AT"/>
        </w:rPr>
      </w:pPr>
      <w:r w:rsidRPr="00C467D1">
        <w:rPr>
          <w:lang w:val="de-AT"/>
        </w:rPr>
        <w:t>Anstellungserfordernisse</w:t>
      </w:r>
    </w:p>
    <w:p w14:paraId="2A0BDEB5" w14:textId="77777777" w:rsidR="007018B7" w:rsidRPr="00C467D1" w:rsidRDefault="00000000">
      <w:pPr>
        <w:pStyle w:val="Aufzhlungszeichen"/>
        <w:rPr>
          <w:lang w:val="de-AT"/>
        </w:rPr>
      </w:pPr>
      <w:r w:rsidRPr="00C467D1">
        <w:rPr>
          <w:lang w:val="de-AT"/>
        </w:rPr>
        <w:t>Österreichische Staatsbürgerschaft oder Staatsangehörigkeit eines EU-Mitgliedstaates</w:t>
      </w:r>
    </w:p>
    <w:p w14:paraId="246B836C" w14:textId="77777777" w:rsidR="007018B7" w:rsidRPr="00C467D1" w:rsidRDefault="00000000">
      <w:pPr>
        <w:pStyle w:val="Aufzhlungszeichen"/>
        <w:rPr>
          <w:lang w:val="de-AT"/>
        </w:rPr>
      </w:pPr>
      <w:r w:rsidRPr="00C467D1">
        <w:rPr>
          <w:lang w:val="de-AT"/>
        </w:rPr>
        <w:t>Vollendetes 18. Lebensjahr</w:t>
      </w:r>
    </w:p>
    <w:p w14:paraId="4B9D8C84" w14:textId="77777777" w:rsidR="007018B7" w:rsidRPr="00C467D1" w:rsidRDefault="00000000">
      <w:pPr>
        <w:pStyle w:val="Aufzhlungszeichen"/>
        <w:rPr>
          <w:lang w:val="de-AT"/>
        </w:rPr>
      </w:pPr>
      <w:r w:rsidRPr="00C467D1">
        <w:rPr>
          <w:lang w:val="de-AT"/>
        </w:rPr>
        <w:t>Bei männlichen Bewerbern: abgeleisteter Präsenz- oder Zivildienst bzw. Befreiung</w:t>
      </w:r>
    </w:p>
    <w:p w14:paraId="76248C53" w14:textId="77777777" w:rsidR="007018B7" w:rsidRPr="00C467D1" w:rsidRDefault="00000000">
      <w:pPr>
        <w:pStyle w:val="Aufzhlungszeichen"/>
        <w:rPr>
          <w:lang w:val="de-AT"/>
        </w:rPr>
      </w:pPr>
      <w:r w:rsidRPr="00C467D1">
        <w:rPr>
          <w:lang w:val="de-AT"/>
        </w:rPr>
        <w:t>Volle Handlungsfähigkeit</w:t>
      </w:r>
    </w:p>
    <w:p w14:paraId="73284D53" w14:textId="77777777" w:rsidR="007018B7" w:rsidRPr="00C467D1" w:rsidRDefault="00000000">
      <w:pPr>
        <w:pStyle w:val="Aufzhlungszeichen"/>
        <w:rPr>
          <w:lang w:val="de-AT"/>
        </w:rPr>
      </w:pPr>
      <w:r w:rsidRPr="00C467D1">
        <w:rPr>
          <w:lang w:val="de-AT"/>
        </w:rPr>
        <w:t>Gesundheitliche Eignung</w:t>
      </w:r>
    </w:p>
    <w:p w14:paraId="6C2B6F0C" w14:textId="77777777" w:rsidR="007018B7" w:rsidRPr="00C467D1" w:rsidRDefault="00000000">
      <w:pPr>
        <w:pStyle w:val="Aufzhlungszeichen"/>
        <w:rPr>
          <w:lang w:val="de-AT"/>
        </w:rPr>
      </w:pPr>
      <w:r w:rsidRPr="00C467D1">
        <w:rPr>
          <w:lang w:val="de-AT"/>
        </w:rPr>
        <w:t>Einwandfreies Vorleben</w:t>
      </w:r>
    </w:p>
    <w:p w14:paraId="59500FFA" w14:textId="77777777" w:rsidR="007018B7" w:rsidRPr="00C467D1" w:rsidRDefault="00000000">
      <w:pPr>
        <w:pStyle w:val="berschrift2"/>
        <w:rPr>
          <w:lang w:val="de-AT"/>
        </w:rPr>
      </w:pPr>
      <w:r w:rsidRPr="00C467D1">
        <w:rPr>
          <w:lang w:val="de-AT"/>
        </w:rPr>
        <w:t>Entlohnung</w:t>
      </w:r>
    </w:p>
    <w:p w14:paraId="6F81C3F5" w14:textId="77777777" w:rsidR="007018B7" w:rsidRPr="00C467D1" w:rsidRDefault="00000000">
      <w:pPr>
        <w:rPr>
          <w:lang w:val="de-AT"/>
        </w:rPr>
      </w:pPr>
      <w:r w:rsidRPr="00C467D1">
        <w:rPr>
          <w:lang w:val="de-AT"/>
        </w:rPr>
        <w:t>Die Entlohnung erfolgt in Anlehnung an das Steiermärkische Gemeinde-</w:t>
      </w:r>
      <w:proofErr w:type="spellStart"/>
      <w:r w:rsidRPr="00C467D1">
        <w:rPr>
          <w:lang w:val="de-AT"/>
        </w:rPr>
        <w:t>Vertragsbedienstetengesetz</w:t>
      </w:r>
      <w:proofErr w:type="spellEnd"/>
      <w:r w:rsidRPr="00C467D1">
        <w:rPr>
          <w:lang w:val="de-AT"/>
        </w:rPr>
        <w:t xml:space="preserve"> 1962 </w:t>
      </w:r>
      <w:proofErr w:type="spellStart"/>
      <w:r w:rsidRPr="00C467D1">
        <w:rPr>
          <w:lang w:val="de-AT"/>
        </w:rPr>
        <w:t>idgF</w:t>
      </w:r>
      <w:proofErr w:type="spellEnd"/>
      <w:r w:rsidRPr="00C467D1">
        <w:rPr>
          <w:lang w:val="de-AT"/>
        </w:rPr>
        <w:t xml:space="preserve"> im Entlohnungsschema II – Arbeiter.</w:t>
      </w:r>
    </w:p>
    <w:p w14:paraId="60477B8C" w14:textId="77777777" w:rsidR="007018B7" w:rsidRPr="00C467D1" w:rsidRDefault="00000000">
      <w:pPr>
        <w:rPr>
          <w:lang w:val="de-AT"/>
        </w:rPr>
      </w:pPr>
      <w:r w:rsidRPr="00C467D1">
        <w:rPr>
          <w:b/>
          <w:lang w:val="de-AT"/>
        </w:rPr>
        <w:t xml:space="preserve">Der monatliche Mindestbezug inklusive Zulagen beträgt bei Vollzeitbeschäftigung mindestens € </w:t>
      </w:r>
      <w:proofErr w:type="gramStart"/>
      <w:r w:rsidRPr="00C467D1">
        <w:rPr>
          <w:b/>
          <w:lang w:val="de-AT"/>
        </w:rPr>
        <w:t>2.950,--</w:t>
      </w:r>
      <w:proofErr w:type="gramEnd"/>
      <w:r w:rsidRPr="00C467D1">
        <w:rPr>
          <w:b/>
          <w:lang w:val="de-AT"/>
        </w:rPr>
        <w:t xml:space="preserve"> brutto pro Monat.</w:t>
      </w:r>
    </w:p>
    <w:p w14:paraId="315B9947" w14:textId="77777777" w:rsidR="007018B7" w:rsidRPr="00C467D1" w:rsidRDefault="00000000">
      <w:pPr>
        <w:rPr>
          <w:lang w:val="de-AT"/>
        </w:rPr>
      </w:pPr>
      <w:r w:rsidRPr="00C467D1">
        <w:rPr>
          <w:lang w:val="de-AT"/>
        </w:rPr>
        <w:t>Eine höhere Einstufung ist abhängig von anrechenbaren Vordienstzeiten möglich.</w:t>
      </w:r>
    </w:p>
    <w:p w14:paraId="22141675" w14:textId="77777777" w:rsidR="007018B7" w:rsidRPr="00C467D1" w:rsidRDefault="00000000">
      <w:pPr>
        <w:pStyle w:val="berschrift2"/>
        <w:rPr>
          <w:lang w:val="de-AT"/>
        </w:rPr>
      </w:pPr>
      <w:r w:rsidRPr="00C467D1">
        <w:rPr>
          <w:lang w:val="de-AT"/>
        </w:rPr>
        <w:t>Bewerbungsunterlagen</w:t>
      </w:r>
    </w:p>
    <w:p w14:paraId="77AE3BED" w14:textId="77777777" w:rsidR="007018B7" w:rsidRPr="00C467D1" w:rsidRDefault="00000000">
      <w:pPr>
        <w:pStyle w:val="Aufzhlungszeichen"/>
        <w:rPr>
          <w:lang w:val="de-AT"/>
        </w:rPr>
      </w:pPr>
      <w:r w:rsidRPr="00C467D1">
        <w:rPr>
          <w:lang w:val="de-AT"/>
        </w:rPr>
        <w:t>Motivationsschreiben</w:t>
      </w:r>
    </w:p>
    <w:p w14:paraId="723DE07D" w14:textId="77777777" w:rsidR="007018B7" w:rsidRPr="00C467D1" w:rsidRDefault="00000000">
      <w:pPr>
        <w:pStyle w:val="Aufzhlungszeichen"/>
        <w:rPr>
          <w:lang w:val="de-AT"/>
        </w:rPr>
      </w:pPr>
      <w:r w:rsidRPr="00C467D1">
        <w:rPr>
          <w:lang w:val="de-AT"/>
        </w:rPr>
        <w:t>Lebenslauf</w:t>
      </w:r>
    </w:p>
    <w:p w14:paraId="4ADA231B" w14:textId="77777777" w:rsidR="007018B7" w:rsidRPr="00C467D1" w:rsidRDefault="00000000">
      <w:pPr>
        <w:pStyle w:val="Aufzhlungszeichen"/>
        <w:rPr>
          <w:lang w:val="de-AT"/>
        </w:rPr>
      </w:pPr>
      <w:r w:rsidRPr="00C467D1">
        <w:rPr>
          <w:lang w:val="de-AT"/>
        </w:rPr>
        <w:t>Ausbildungs- und Abschlussnachweise</w:t>
      </w:r>
    </w:p>
    <w:p w14:paraId="2D819ADA" w14:textId="77777777" w:rsidR="007018B7" w:rsidRPr="00C467D1" w:rsidRDefault="00000000">
      <w:pPr>
        <w:pStyle w:val="Aufzhlungszeichen"/>
        <w:rPr>
          <w:lang w:val="de-AT"/>
        </w:rPr>
      </w:pPr>
      <w:r w:rsidRPr="00C467D1">
        <w:rPr>
          <w:lang w:val="de-AT"/>
        </w:rPr>
        <w:t>Dienstzeugnisse</w:t>
      </w:r>
    </w:p>
    <w:p w14:paraId="601E6114" w14:textId="77777777" w:rsidR="007018B7" w:rsidRPr="00C467D1" w:rsidRDefault="00000000">
      <w:pPr>
        <w:pStyle w:val="Aufzhlungszeichen"/>
        <w:rPr>
          <w:lang w:val="de-AT"/>
        </w:rPr>
      </w:pPr>
      <w:r w:rsidRPr="00C467D1">
        <w:rPr>
          <w:lang w:val="de-AT"/>
        </w:rPr>
        <w:t>Staatsbürgerschaftsnachweis</w:t>
      </w:r>
    </w:p>
    <w:p w14:paraId="087F2BD6" w14:textId="77777777" w:rsidR="007018B7" w:rsidRPr="00C467D1" w:rsidRDefault="00000000">
      <w:pPr>
        <w:pStyle w:val="Aufzhlungszeichen"/>
        <w:rPr>
          <w:lang w:val="de-AT"/>
        </w:rPr>
      </w:pPr>
      <w:r w:rsidRPr="00C467D1">
        <w:rPr>
          <w:lang w:val="de-AT"/>
        </w:rPr>
        <w:t>Führerschein</w:t>
      </w:r>
    </w:p>
    <w:p w14:paraId="11C175FB" w14:textId="77777777" w:rsidR="007018B7" w:rsidRPr="00C467D1" w:rsidRDefault="00000000">
      <w:pPr>
        <w:pStyle w:val="Aufzhlungszeichen"/>
        <w:rPr>
          <w:lang w:val="de-AT"/>
        </w:rPr>
      </w:pPr>
      <w:r w:rsidRPr="00C467D1">
        <w:rPr>
          <w:lang w:val="de-AT"/>
        </w:rPr>
        <w:t>Versicherungsdatenauszug</w:t>
      </w:r>
    </w:p>
    <w:p w14:paraId="45D7CB5E" w14:textId="77777777" w:rsidR="007018B7" w:rsidRPr="00C467D1" w:rsidRDefault="00000000">
      <w:pPr>
        <w:pStyle w:val="Aufzhlungszeichen"/>
        <w:rPr>
          <w:lang w:val="de-AT"/>
        </w:rPr>
      </w:pPr>
      <w:r w:rsidRPr="00C467D1">
        <w:rPr>
          <w:lang w:val="de-AT"/>
        </w:rPr>
        <w:t>Strafregisterbescheinigung (kann bei Dienstantritt nachgereicht werden)</w:t>
      </w:r>
    </w:p>
    <w:p w14:paraId="02A19CEF" w14:textId="77777777" w:rsidR="007018B7" w:rsidRPr="00C467D1" w:rsidRDefault="00000000">
      <w:pPr>
        <w:pStyle w:val="berschrift2"/>
        <w:rPr>
          <w:lang w:val="de-AT"/>
        </w:rPr>
      </w:pPr>
      <w:r w:rsidRPr="00C467D1">
        <w:rPr>
          <w:lang w:val="de-AT"/>
        </w:rPr>
        <w:t>Bewerbungsfrist</w:t>
      </w:r>
    </w:p>
    <w:p w14:paraId="0D0E30C1" w14:textId="5A68F98F" w:rsidR="007018B7" w:rsidRPr="00C467D1" w:rsidRDefault="00000000">
      <w:pPr>
        <w:rPr>
          <w:lang w:val="de-AT"/>
        </w:rPr>
      </w:pPr>
      <w:r w:rsidRPr="00C467D1">
        <w:rPr>
          <w:lang w:val="de-AT"/>
        </w:rPr>
        <w:br/>
        <w:t xml:space="preserve">Bewerbungen sind bis spätestens Freitag, </w:t>
      </w:r>
      <w:r w:rsidR="00E857E3">
        <w:rPr>
          <w:lang w:val="de-AT"/>
        </w:rPr>
        <w:t>0</w:t>
      </w:r>
      <w:r w:rsidRPr="00C467D1">
        <w:rPr>
          <w:lang w:val="de-AT"/>
        </w:rPr>
        <w:t>3.0</w:t>
      </w:r>
      <w:r w:rsidR="00E857E3">
        <w:rPr>
          <w:lang w:val="de-AT"/>
        </w:rPr>
        <w:t>7</w:t>
      </w:r>
      <w:r w:rsidRPr="00C467D1">
        <w:rPr>
          <w:lang w:val="de-AT"/>
        </w:rPr>
        <w:t xml:space="preserve">.2026, 12:00 Uhr an den Reinhaltungsverband Pössnitz-Saggautal, Radiga 55, 8453 St. Johann im Saggautal, z. Hd. Herrn Obmann </w:t>
      </w:r>
      <w:proofErr w:type="spellStart"/>
      <w:r w:rsidRPr="00C467D1">
        <w:rPr>
          <w:lang w:val="de-AT"/>
        </w:rPr>
        <w:t>Bgm</w:t>
      </w:r>
      <w:proofErr w:type="spellEnd"/>
      <w:r w:rsidRPr="00C467D1">
        <w:rPr>
          <w:lang w:val="de-AT"/>
        </w:rPr>
        <w:t xml:space="preserve">. Johann Schmid oder per E-Mail an </w:t>
      </w:r>
      <w:r w:rsidR="00C467D1" w:rsidRPr="00C467D1">
        <w:rPr>
          <w:lang w:val="de-AT"/>
        </w:rPr>
        <w:t>rhv.pst</w:t>
      </w:r>
      <w:r w:rsidRPr="00C467D1">
        <w:rPr>
          <w:lang w:val="de-AT"/>
        </w:rPr>
        <w:t>@radiga.at zu richten.</w:t>
      </w:r>
      <w:r w:rsidRPr="00C467D1">
        <w:rPr>
          <w:lang w:val="de-AT"/>
        </w:rPr>
        <w:br/>
      </w:r>
    </w:p>
    <w:p w14:paraId="74710ADE" w14:textId="77777777" w:rsidR="007018B7" w:rsidRPr="00C467D1" w:rsidRDefault="00000000">
      <w:pPr>
        <w:rPr>
          <w:lang w:val="de-AT"/>
        </w:rPr>
      </w:pPr>
      <w:r w:rsidRPr="00C467D1">
        <w:rPr>
          <w:lang w:val="de-AT"/>
        </w:rPr>
        <w:t>Gemäß DSGVO werden Ihre Daten ausschließlich für das Bewerbungsverfahren verwendet. Im Zusammenhang mit der Bewerbung entstehende Kosten werden nicht ersetzt.</w:t>
      </w:r>
    </w:p>
    <w:p w14:paraId="2FBAE4AB" w14:textId="77777777" w:rsidR="007018B7" w:rsidRPr="00C467D1" w:rsidRDefault="00000000">
      <w:pPr>
        <w:jc w:val="right"/>
        <w:rPr>
          <w:lang w:val="de-AT"/>
        </w:rPr>
      </w:pPr>
      <w:r w:rsidRPr="00C467D1">
        <w:rPr>
          <w:b/>
          <w:lang w:val="de-AT"/>
        </w:rPr>
        <w:t>Der Obmann</w:t>
      </w:r>
      <w:r w:rsidRPr="00C467D1">
        <w:rPr>
          <w:b/>
          <w:lang w:val="de-AT"/>
        </w:rPr>
        <w:br/>
      </w:r>
      <w:r w:rsidRPr="00C467D1">
        <w:rPr>
          <w:b/>
          <w:lang w:val="de-AT"/>
        </w:rPr>
        <w:br/>
      </w:r>
      <w:proofErr w:type="spellStart"/>
      <w:r w:rsidRPr="00C467D1">
        <w:rPr>
          <w:b/>
          <w:lang w:val="de-AT"/>
        </w:rPr>
        <w:t>Bgm</w:t>
      </w:r>
      <w:proofErr w:type="spellEnd"/>
      <w:r w:rsidRPr="00C467D1">
        <w:rPr>
          <w:b/>
          <w:lang w:val="de-AT"/>
        </w:rPr>
        <w:t>. Johann Schmid</w:t>
      </w:r>
    </w:p>
    <w:sectPr w:rsidR="007018B7" w:rsidRPr="00C467D1" w:rsidSect="00034616">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084183598">
    <w:abstractNumId w:val="8"/>
  </w:num>
  <w:num w:numId="2" w16cid:durableId="1359508964">
    <w:abstractNumId w:val="6"/>
  </w:num>
  <w:num w:numId="3" w16cid:durableId="1322930622">
    <w:abstractNumId w:val="5"/>
  </w:num>
  <w:num w:numId="4" w16cid:durableId="250740853">
    <w:abstractNumId w:val="4"/>
  </w:num>
  <w:num w:numId="5" w16cid:durableId="2015187771">
    <w:abstractNumId w:val="7"/>
  </w:num>
  <w:num w:numId="6" w16cid:durableId="1198353587">
    <w:abstractNumId w:val="3"/>
  </w:num>
  <w:num w:numId="7" w16cid:durableId="1683359238">
    <w:abstractNumId w:val="2"/>
  </w:num>
  <w:num w:numId="8" w16cid:durableId="1018118405">
    <w:abstractNumId w:val="1"/>
  </w:num>
  <w:num w:numId="9" w16cid:durableId="1702705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018B7"/>
    <w:rsid w:val="008F56B3"/>
    <w:rsid w:val="00AA1D8D"/>
    <w:rsid w:val="00B47730"/>
    <w:rsid w:val="00C467D1"/>
    <w:rsid w:val="00CB0664"/>
    <w:rsid w:val="00E857E3"/>
    <w:rsid w:val="00FC693F"/>
    <w:rsid w:val="00FF4B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D083D6"/>
  <w14:defaultImageDpi w14:val="300"/>
  <w15:docId w15:val="{E1BF3E09-74B8-4325-B7E6-7373EAE51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Warte</cp:lastModifiedBy>
  <cp:revision>4</cp:revision>
  <cp:lastPrinted>2026-05-26T05:01:00Z</cp:lastPrinted>
  <dcterms:created xsi:type="dcterms:W3CDTF">2013-12-23T23:15:00Z</dcterms:created>
  <dcterms:modified xsi:type="dcterms:W3CDTF">2026-05-26T05:19:00Z</dcterms:modified>
  <cp:category/>
</cp:coreProperties>
</file>